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בונה הטיעון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הטיעון: טענה, נימוקים, ביסוס וסיכום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בפתיחי משפטים ומילות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טיעון קצר ומשכנע על נושא מוכר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מבנה הטיעון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המשפט הפותח שמביע את העמדה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ראשית,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לדוגמה,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פתיחים לתפקיד 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א (פתיחת נימוק)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(פתיחת 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(חיבור בין נימוקים)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בניית הטיעון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בחירת נושא לטיעון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כתיבת הטענה המרכזית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כתיבת נימוק שני עם ביסוס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כתיבת סיכום והמלצה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כתיבת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כוללת ביטוי סיכום מתאים ומסקנה הגיונית הנובעת מהנימוקים.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טענה, נימוק, ביסוס, 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'ראשית,' או 'בנוסף,'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הביסוס נותן דוגמה אמיתית שמחזקת את הנימוק ומשכנעת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בעל פה לפני הכתיבה, כדי שהתלמידים יכירו את הביטויים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שהנימוק השלישי אינו חובה אלא תוספת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להחליף טיעונים ולבדוק האם כל החלקים קיימים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בונה הטיעון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שלבי בניית הטיעון כפי שמופיעים בכלי 'בונה הטיעון': בחירת נושא, כתיבת טענה, נימוקים עם ביסוס, וסיכום.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ראשית  ·  לסיכום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מבנה הטיעון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הטענה בטיעון?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המשפט הפותח שמביע את העמדה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דוגמה שמחזקת 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מילה שמקשרת בין 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ביטוי מתאים לפתיחת נימוק?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למשל,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ראשית,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לסיכום,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ביטוי מתאים לפתיחת ביסוס או דוגמה?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נוסף על כך,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לכן,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לדוגמה,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התאמת פתיחים לתפקיד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ראשית,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פתיחת נימוק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לדעתי,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פתיחת 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בנוסף,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חיבור בין נימוקים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__________, הטלפון עוזר ליצור קשר עם ההורים במקרה חירום.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__________, יש לקבוע כללים ברורים לשימוש בטלפון בבית הספר.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סדר בניית הטיעון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כתיבת נימוק שני עם ביסוס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בחירת נושא לטיעון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כתיבת סיכום והמלצה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כתיבת הטענה המרכזית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סיכום לטיעון שבחרתם, תוך שימוש באחד מביטויי הסיכום שלמדנו.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ארבעת חלקי הטיעון?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לביטוי פתיחה של נימוק.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בונה הטיעון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