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הטיעון: טענה, נימוקים, ביסוס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בפתיחי משפטים ומילות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טיעון קצר ומשכנע על נושא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המשפט הפותח שמביע את העמדה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ראשית,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לדוגמה,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לפחות שני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לאור הנאמר,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לחזק את הנימוק בדוגמה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פתיחים לתפקיד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(פתיחת 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(פתיחת ביסוס)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(פתיחת 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(פתיחת 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(חיבור בין נימוקים)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בניית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נושא לטיעון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הטענה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נימוק ראשון עם 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נימוק שני עם 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סיכום והמלצה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טענה ברורה, שני נימוקים עם מילות קישור מתאימות, וביסוס או דוגמה לכל נימוק.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כוללת ביטוי סיכום מתאים ומסקנה הגיונית הנובעת מהנימוקים.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ביסוס,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'ראשית,' או 'בנוסף,'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הביסוס נותן דוגמה אמיתית שמחזקת את הנימוק ומשכנעת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כדי שהתלמידים יכירו את הביטויים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שהנימוק השלישי אינו חובה אלא תוספת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להחליף טיעונים ולבדוק האם כל החלקים קיימים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בונים טיעון: טענה, נימוקים, דוגמאות, וסיכום. נתרגל מילים שעוזרות לכתוב טיעון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שמביע דעה ומנסה לשכנע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המרכזי שמביע את העמדה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שתומכת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ביסוס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שמחזקת את הנימוק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שמסכם את הטיעון וממליץ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רעיונות, כמו 'לכן' או 'בנוסף'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 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ביטוי שפותחים בו משפט, כמו 'לדעתי'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המשפט הפותח שמביע את העמדה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שמחזקת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שמקשרת בין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הסיכום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פותחת 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למשל,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ראשית,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לסיכום,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לדעתי,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פותחת 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נוסף על כך,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לדוגמה,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בעד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נימוקים צריך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לפחות שני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פותחת 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ראשית,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למשל,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לאור הנאמר,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חושב/ת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צריך ביסוס?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לחזק את הנימוק בדוגמה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לסכם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להציג נושא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פתיחים לתפקיד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ראשית,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פתיחת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לדוגמה,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פתיחת 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לדעתי,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חיבור בין נימוקים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לכן,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פתיחת ביסוס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בנוסף,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פתיחת נימוק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__________, חשוב לאפשר לתלמידים להביא טלפון לבית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__________, הטלפון עוזר ליצור קשר עם ההורים במקרה חירום.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בכיתה שלי תלמיד השתמש בטלפון כדי לבדוק מידע חשוב בשיעור.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__________, יש לקבוע כללים ברורים לשימוש בטלפון בבית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__________, חשוב שהתלמידים ילמדו להשתמש בטלפון באחריות.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בניית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סיכום והמלצה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נושא לטיעון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נימוק שני עם ביסוס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נימוק ראשון עם ביסוס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הטענה המרכזית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מהרשימה (למשל שיעורי בית) וכתבו טענה, שני נימוקים וביסוס לכל נימוק.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סיכום לטיעון שבחרתם, תוך שימוש באחד מביטויי הסיכום שלמדנו.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חלקי הטיעון?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לביטוי פתיחה של נימוק.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להוסיף ביסוס לכל נימוק?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הטיעון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