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ומשכנע על נושא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המשפט הפותח שמביע את העמדה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לדוגמה,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לפחות שני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לאור הנאמר,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לחזק את הנימוק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פתיחים לתפקיד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(פתיחת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(פתיחת ביסוס)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(פתיחת 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(פתיחת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(חיבור בין נימוקים)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לטיעון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נימוק ראשון עם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נימוק שני עם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טענה ברורה, שני נימוקים עם מילות קישור מתאימות, וביסוס או דוגמה לכל נימוק.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כוללת ביטוי סיכום מתאים ומסקנה הגיונית הנובעת מהנימוקים.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ביסוס,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'ראשית,' או 'בנוסף,'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הביסוס נותן דוגמה אמיתית שמחזקת את הנימוק ומשכנעת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שהתלמידים יכירו את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שהנימוק השלישי אינו חובה אלא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טיעונים ולבדוק האם כל החלקים קיימים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שלבי בניית הטיעון כפי שמופיעים בכלי 'בונה הטיעון': בחירת נושא, כתיבת טענה, נימוקים עם ביסוס, וסיכום.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הפותח שמביע את העמדה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שמחזקת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שמקשרת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ביטוי מתאים לפתיחת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ביטוי מתאים לפתיחת ביסוס או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נוסף על כך,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לדוגמה,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נימוקים חייבים לכתוב לפי בונה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שני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ביטוי מתאים לפתיחת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לאור הנאמר,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חושב/ת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הביסוס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את הנימוק בדוגמה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נושא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פתיחים לתפקיד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פתיחת ביסוס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פתיחת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חיבור בין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פתיחת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פתיחת 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חשוב לאפשר לתלמידים להביא טלפון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__________, הטלפון עוזר ליצור קשר עם ההורים במקרה חירום.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בכיתה שלי תלמיד השתמש בטלפון כדי לבדוק מידע חשוב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יש לקבוע כללים ברורים לשימוש בטלפון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__________, חשוב שהתלמידים ילמדו להשתמש בטלפון באחריות.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ראשון עם ביסוס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לטיעון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שני עם ביסוס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מהרשימה (למשל שיעורי בית) וכתבו טענה, שני נימוקים וביסוס לכל נימוק.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סיכום לטיעון שבחרתם, תוך שימוש באחד מביטויי הסיכום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פתיחה של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ביסוס לכל 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